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20F65" w14:textId="77777777" w:rsidR="00BF7D70" w:rsidRDefault="00000000">
      <w:pPr>
        <w:pStyle w:val="Heading1"/>
      </w:pPr>
      <w:r>
        <w:t>Exercise: Car Search Application</w:t>
      </w:r>
    </w:p>
    <w:p w14:paraId="63C5851C" w14:textId="77777777" w:rsidR="00BF7D70" w:rsidRDefault="00000000">
      <w:pPr>
        <w:pStyle w:val="Heading2"/>
      </w:pPr>
      <w:r>
        <w:t>Objective:</w:t>
      </w:r>
    </w:p>
    <w:p w14:paraId="2B9060D5" w14:textId="4A65B7BE" w:rsidR="00BF7D70" w:rsidRDefault="00000000">
      <w:r>
        <w:t>Create a simple web page that allows the user to search for a car from a predefined list of cars using an input box and a button</w:t>
      </w:r>
      <w:r w:rsidR="00FD245C">
        <w:t xml:space="preserve"> as shown below:</w:t>
      </w:r>
    </w:p>
    <w:p w14:paraId="2634CA62" w14:textId="3C1BD4A3" w:rsidR="00FD245C" w:rsidRDefault="00FD245C" w:rsidP="00FD245C">
      <w:pPr>
        <w:jc w:val="center"/>
      </w:pPr>
      <w:r w:rsidRPr="00FD245C">
        <w:drawing>
          <wp:inline distT="0" distB="0" distL="0" distR="0" wp14:anchorId="12B9485C" wp14:editId="2452B5C4">
            <wp:extent cx="3147688" cy="1357706"/>
            <wp:effectExtent l="0" t="0" r="0" b="0"/>
            <wp:docPr id="1637342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422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2508" cy="1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4467A" w14:textId="77777777" w:rsidR="00FD245C" w:rsidRDefault="00FD245C" w:rsidP="00FD245C">
      <w:pPr>
        <w:pStyle w:val="Heading2"/>
      </w:pPr>
      <w:r>
        <w:t>Expected Output Example:</w:t>
      </w:r>
    </w:p>
    <w:p w14:paraId="56C17EC3" w14:textId="4E9A2294" w:rsidR="00FD245C" w:rsidRDefault="00FD245C" w:rsidP="00FD245C">
      <w:r>
        <w:t>When the user enters 'Tesla' and presses Search, the page should display:</w:t>
      </w:r>
      <w:r>
        <w:br/>
      </w:r>
    </w:p>
    <w:p w14:paraId="539A9EEB" w14:textId="77777777" w:rsidR="00FD245C" w:rsidRDefault="00FD245C" w:rsidP="00FD245C">
      <w:pPr>
        <w:jc w:val="center"/>
      </w:pPr>
      <w:r w:rsidRPr="00FD245C">
        <w:drawing>
          <wp:inline distT="0" distB="0" distL="0" distR="0" wp14:anchorId="0D5C599D" wp14:editId="03485907">
            <wp:extent cx="3094222" cy="1679217"/>
            <wp:effectExtent l="0" t="0" r="0" b="0"/>
            <wp:docPr id="1698888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88816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8444" cy="168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091EE37D" w14:textId="77777777" w:rsidR="00FD245C" w:rsidRDefault="00FD245C" w:rsidP="00FD245C">
      <w:r>
        <w:t>If the user enters 'Nissan', it should display:</w:t>
      </w:r>
    </w:p>
    <w:p w14:paraId="360C4CAB" w14:textId="6522F506" w:rsidR="00FD245C" w:rsidRDefault="00FD245C" w:rsidP="00FD245C">
      <w:pPr>
        <w:jc w:val="center"/>
      </w:pPr>
      <w:r>
        <w:br/>
      </w:r>
      <w:r w:rsidRPr="00FD245C">
        <w:drawing>
          <wp:inline distT="0" distB="0" distL="0" distR="0" wp14:anchorId="7DFE0188" wp14:editId="7FD33847">
            <wp:extent cx="3274436" cy="1735698"/>
            <wp:effectExtent l="0" t="0" r="2540" b="0"/>
            <wp:docPr id="364895485" name="Picture 1" descr="A screenshot of a search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895485" name="Picture 1" descr="A screenshot of a search box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7751" cy="174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FA72A" w14:textId="18C67F8A" w:rsidR="00BF7D70" w:rsidRDefault="00000000">
      <w:pPr>
        <w:pStyle w:val="Heading2"/>
      </w:pPr>
      <w:r>
        <w:lastRenderedPageBreak/>
        <w:t>Instructions:</w:t>
      </w:r>
    </w:p>
    <w:p w14:paraId="0B1CE3A8" w14:textId="77777777" w:rsidR="00BF7D70" w:rsidRDefault="00000000">
      <w:r>
        <w:t>1. Create an HTML file (index.html) that includes:</w:t>
      </w:r>
    </w:p>
    <w:p w14:paraId="6E565EFF" w14:textId="77777777" w:rsidR="00BF7D70" w:rsidRDefault="00000000">
      <w:r>
        <w:t>- A text input field for entering the car name.</w:t>
      </w:r>
      <w:r>
        <w:br/>
        <w:t>- A button labeled 'Search'.</w:t>
      </w:r>
      <w:r>
        <w:br/>
        <w:t>- A paragraph (or div) to display the search result.</w:t>
      </w:r>
    </w:p>
    <w:p w14:paraId="02875AF8" w14:textId="77777777" w:rsidR="00BF7D70" w:rsidRDefault="00000000">
      <w:r>
        <w:t>2. Create a JavaScript file (script.js) that contains:</w:t>
      </w:r>
    </w:p>
    <w:p w14:paraId="1DB9992A" w14:textId="77777777" w:rsidR="00BF7D70" w:rsidRDefault="00000000">
      <w:r>
        <w:t>- An array named cars with a list of car names.</w:t>
      </w:r>
      <w:r>
        <w:br/>
        <w:t xml:space="preserve">  Example:</w:t>
      </w:r>
      <w:r>
        <w:br/>
        <w:t xml:space="preserve">    const cars = ["Toyota", "Honda", "BMW", "Ford", "Chevrolet", "Tesla"];</w:t>
      </w:r>
    </w:p>
    <w:p w14:paraId="74359528" w14:textId="77777777" w:rsidR="00BF7D70" w:rsidRDefault="00000000">
      <w:r>
        <w:t>- A function called searchCar() that:</w:t>
      </w:r>
      <w:r>
        <w:br/>
        <w:t xml:space="preserve">  • Reads the value entered by the user.</w:t>
      </w:r>
      <w:r>
        <w:br/>
        <w:t xml:space="preserve">  • Checks if the car exists in the array.</w:t>
      </w:r>
      <w:r>
        <w:br/>
        <w:t xml:space="preserve">  • Displays a message such as:</w:t>
      </w:r>
      <w:r>
        <w:br/>
        <w:t xml:space="preserve">      'Yes! We have BMW in stock.' or 'Sorry, we don’t have this car.'</w:t>
      </w:r>
    </w:p>
    <w:p w14:paraId="46A81984" w14:textId="77777777" w:rsidR="00BF7D70" w:rsidRDefault="00000000">
      <w:r>
        <w:t>3. Connect your JavaScript file to the HTML file using a &lt;script&gt; tag.</w:t>
      </w:r>
    </w:p>
    <w:p w14:paraId="02D239EC" w14:textId="77777777" w:rsidR="00FD245C" w:rsidRDefault="00FD245C"/>
    <w:p w14:paraId="12991BC0" w14:textId="77777777" w:rsidR="00FD245C" w:rsidRDefault="00FD245C"/>
    <w:p w14:paraId="14B76708" w14:textId="77777777" w:rsidR="00FD245C" w:rsidRDefault="00FD245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39E7ABB4" w14:textId="7BF8D95B" w:rsidR="00BF7D70" w:rsidRDefault="00000000">
      <w:pPr>
        <w:pStyle w:val="Heading2"/>
      </w:pPr>
      <w:r>
        <w:lastRenderedPageBreak/>
        <w:t>Key Code Parts and Explanation:</w:t>
      </w:r>
    </w:p>
    <w:p w14:paraId="07B2EE90" w14:textId="0A7188E4" w:rsidR="00BF7D70" w:rsidRPr="005B1C93" w:rsidRDefault="00000000">
      <w:pPr>
        <w:rPr>
          <w:b/>
          <w:bCs/>
        </w:rPr>
      </w:pPr>
      <w:r w:rsidRPr="005B1C93">
        <w:rPr>
          <w:b/>
          <w:bCs/>
        </w:rPr>
        <w:t>1. Creating an Array of Cars</w:t>
      </w:r>
    </w:p>
    <w:p w14:paraId="7676B970" w14:textId="77777777" w:rsidR="00BF7D70" w:rsidRDefault="00000000">
      <w:r>
        <w:t>You will define a list (array) in JavaScript that contains the car names you want to search through.</w:t>
      </w:r>
    </w:p>
    <w:p w14:paraId="43B5078E" w14:textId="77777777" w:rsidR="00BF7D70" w:rsidRDefault="00000000">
      <w:r>
        <w:t>Example:</w:t>
      </w:r>
    </w:p>
    <w:p w14:paraId="12EFB4D2" w14:textId="77777777" w:rsidR="00BF7D70" w:rsidRDefault="00000000">
      <w:r>
        <w:t>const cars = ["Toyota", "Honda", "BMW", "Ford", "Chevrolet", "Tesla"];</w:t>
      </w:r>
    </w:p>
    <w:p w14:paraId="10F894CA" w14:textId="6E8D59C3" w:rsidR="00BF7D70" w:rsidRPr="005B1C93" w:rsidRDefault="00000000">
      <w:pPr>
        <w:rPr>
          <w:b/>
          <w:bCs/>
        </w:rPr>
      </w:pPr>
      <w:r w:rsidRPr="005B1C93">
        <w:rPr>
          <w:b/>
          <w:bCs/>
        </w:rPr>
        <w:t>2. Reading Input Value</w:t>
      </w:r>
    </w:p>
    <w:p w14:paraId="2B70BB36" w14:textId="2C07CA0B" w:rsidR="00BF7D70" w:rsidRDefault="00000000">
      <w:r>
        <w:t xml:space="preserve">Use </w:t>
      </w:r>
      <w:proofErr w:type="gramStart"/>
      <w:r w:rsidRPr="005B1C93">
        <w:rPr>
          <w:b/>
          <w:bCs/>
        </w:rPr>
        <w:t>document.getElementById</w:t>
      </w:r>
      <w:proofErr w:type="gramEnd"/>
      <w:r w:rsidRPr="005B1C93">
        <w:rPr>
          <w:b/>
          <w:bCs/>
        </w:rPr>
        <w:t>(</w:t>
      </w:r>
      <w:r w:rsidR="005B1C93">
        <w:t>"id_of_input"</w:t>
      </w:r>
      <w:r w:rsidRPr="005B1C93">
        <w:rPr>
          <w:b/>
          <w:bCs/>
        </w:rPr>
        <w:t>)</w:t>
      </w:r>
      <w:r>
        <w:t xml:space="preserve"> to read the value that the user types in the input field.</w:t>
      </w:r>
    </w:p>
    <w:p w14:paraId="1ECAD871" w14:textId="77777777" w:rsidR="00BF7D70" w:rsidRDefault="00000000">
      <w:r>
        <w:t>Example:</w:t>
      </w:r>
    </w:p>
    <w:p w14:paraId="66DE2803" w14:textId="77777777" w:rsidR="00BF7D70" w:rsidRDefault="00000000">
      <w:r>
        <w:t xml:space="preserve">const input = </w:t>
      </w:r>
      <w:proofErr w:type="gramStart"/>
      <w:r>
        <w:t>document.getElementById</w:t>
      </w:r>
      <w:proofErr w:type="gramEnd"/>
      <w:r>
        <w:t>("</w:t>
      </w:r>
      <w:r w:rsidRPr="005B1C93">
        <w:rPr>
          <w:b/>
          <w:bCs/>
        </w:rPr>
        <w:t>carInput</w:t>
      </w:r>
      <w:r>
        <w:t>").</w:t>
      </w:r>
      <w:proofErr w:type="gramStart"/>
      <w:r>
        <w:t>value;</w:t>
      </w:r>
      <w:proofErr w:type="gramEnd"/>
    </w:p>
    <w:p w14:paraId="73B1E76F" w14:textId="49BC6E13" w:rsidR="00BF7D70" w:rsidRPr="005B1C93" w:rsidRDefault="00000000">
      <w:pPr>
        <w:rPr>
          <w:b/>
          <w:bCs/>
        </w:rPr>
      </w:pPr>
      <w:r w:rsidRPr="005B1C93">
        <w:rPr>
          <w:b/>
          <w:bCs/>
        </w:rPr>
        <w:t>3. Checking if the Car Exists</w:t>
      </w:r>
    </w:p>
    <w:p w14:paraId="0B088031" w14:textId="77777777" w:rsidR="00BF7D70" w:rsidRDefault="00000000">
      <w:r>
        <w:t xml:space="preserve">You can use the </w:t>
      </w:r>
      <w:r w:rsidRPr="005B1C93">
        <w:rPr>
          <w:b/>
          <w:bCs/>
        </w:rPr>
        <w:t xml:space="preserve">JavaScript array method </w:t>
      </w:r>
      <w:proofErr w:type="gramStart"/>
      <w:r w:rsidRPr="005B1C93">
        <w:rPr>
          <w:b/>
          <w:bCs/>
        </w:rPr>
        <w:t>includes(</w:t>
      </w:r>
      <w:proofErr w:type="gramEnd"/>
      <w:r w:rsidRPr="005B1C93">
        <w:rPr>
          <w:b/>
          <w:bCs/>
        </w:rPr>
        <w:t>)</w:t>
      </w:r>
      <w:r>
        <w:t xml:space="preserve"> to check if the input value matches one of the items in the array.</w:t>
      </w:r>
    </w:p>
    <w:p w14:paraId="602A9CCF" w14:textId="77777777" w:rsidR="00BF7D70" w:rsidRDefault="00000000">
      <w:r>
        <w:t>Example:</w:t>
      </w:r>
    </w:p>
    <w:p w14:paraId="5DCE9633" w14:textId="77777777" w:rsidR="00BF7D70" w:rsidRDefault="00000000">
      <w:r>
        <w:t>if (</w:t>
      </w:r>
      <w:proofErr w:type="gramStart"/>
      <w:r w:rsidRPr="005B1C93">
        <w:rPr>
          <w:b/>
          <w:bCs/>
        </w:rPr>
        <w:t>cars.includes</w:t>
      </w:r>
      <w:proofErr w:type="gramEnd"/>
      <w:r w:rsidRPr="005B1C93">
        <w:rPr>
          <w:b/>
          <w:bCs/>
        </w:rPr>
        <w:t>(input)</w:t>
      </w:r>
      <w:r>
        <w:t xml:space="preserve">) </w:t>
      </w:r>
      <w:proofErr w:type="gramStart"/>
      <w:r>
        <w:t>{ /</w:t>
      </w:r>
      <w:proofErr w:type="gramEnd"/>
      <w:r>
        <w:t>* show success message *</w:t>
      </w:r>
      <w:proofErr w:type="gramStart"/>
      <w:r>
        <w:t>/ }</w:t>
      </w:r>
      <w:proofErr w:type="gramEnd"/>
    </w:p>
    <w:p w14:paraId="1DEC8788" w14:textId="77777777" w:rsidR="005B1C93" w:rsidRDefault="005B1C93">
      <w:pPr>
        <w:rPr>
          <w:b/>
          <w:bCs/>
        </w:rPr>
      </w:pPr>
    </w:p>
    <w:p w14:paraId="59651D09" w14:textId="41DEDDB7" w:rsidR="00BF7D70" w:rsidRPr="005B1C93" w:rsidRDefault="00000000">
      <w:pPr>
        <w:rPr>
          <w:b/>
          <w:bCs/>
        </w:rPr>
      </w:pPr>
      <w:r w:rsidRPr="005B1C93">
        <w:rPr>
          <w:b/>
          <w:bCs/>
        </w:rPr>
        <w:t>4. Displaying the Result on the Web Page</w:t>
      </w:r>
    </w:p>
    <w:p w14:paraId="1717BB70" w14:textId="56FB6871" w:rsidR="00BF7D70" w:rsidRDefault="00000000">
      <w:r>
        <w:t xml:space="preserve">Use </w:t>
      </w:r>
      <w:proofErr w:type="gramStart"/>
      <w:r w:rsidRPr="005B1C93">
        <w:rPr>
          <w:b/>
          <w:bCs/>
        </w:rPr>
        <w:t>document.getElementById</w:t>
      </w:r>
      <w:proofErr w:type="gramEnd"/>
      <w:r w:rsidRPr="005B1C93">
        <w:rPr>
          <w:b/>
          <w:bCs/>
        </w:rPr>
        <w:t>(</w:t>
      </w:r>
      <w:r w:rsidR="005B1C93">
        <w:t>"id_of_html_part_to_show_result"</w:t>
      </w:r>
      <w:r w:rsidRPr="005B1C93">
        <w:rPr>
          <w:b/>
          <w:bCs/>
        </w:rPr>
        <w:t>)</w:t>
      </w:r>
      <w:r>
        <w:t xml:space="preserve"> again to access the paragraph element and display a message to the user.</w:t>
      </w:r>
    </w:p>
    <w:p w14:paraId="047E7103" w14:textId="77777777" w:rsidR="00BF7D70" w:rsidRDefault="00000000">
      <w:r>
        <w:t>Example:</w:t>
      </w:r>
    </w:p>
    <w:p w14:paraId="01C231D9" w14:textId="77777777" w:rsidR="00BF7D70" w:rsidRDefault="00000000">
      <w:proofErr w:type="gramStart"/>
      <w:r w:rsidRPr="00D32672">
        <w:rPr>
          <w:b/>
          <w:bCs/>
        </w:rPr>
        <w:t>document.getElementById</w:t>
      </w:r>
      <w:proofErr w:type="gramEnd"/>
      <w:r w:rsidRPr="00D32672">
        <w:rPr>
          <w:b/>
          <w:bCs/>
        </w:rPr>
        <w:t>("result"</w:t>
      </w:r>
      <w:proofErr w:type="gramStart"/>
      <w:r w:rsidRPr="00D32672">
        <w:rPr>
          <w:b/>
          <w:bCs/>
        </w:rPr>
        <w:t>).textContent</w:t>
      </w:r>
      <w:proofErr w:type="gramEnd"/>
      <w:r>
        <w:t xml:space="preserve"> = "Yes! We have " + input + " in stock.";</w:t>
      </w:r>
    </w:p>
    <w:p w14:paraId="618F58F8" w14:textId="77777777" w:rsidR="005B1C93" w:rsidRDefault="005B1C93">
      <w:pPr>
        <w:pStyle w:val="Heading2"/>
      </w:pPr>
    </w:p>
    <w:sectPr w:rsidR="005B1C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8056653">
    <w:abstractNumId w:val="8"/>
  </w:num>
  <w:num w:numId="2" w16cid:durableId="27461730">
    <w:abstractNumId w:val="6"/>
  </w:num>
  <w:num w:numId="3" w16cid:durableId="1493712501">
    <w:abstractNumId w:val="5"/>
  </w:num>
  <w:num w:numId="4" w16cid:durableId="1166822546">
    <w:abstractNumId w:val="4"/>
  </w:num>
  <w:num w:numId="5" w16cid:durableId="1465537773">
    <w:abstractNumId w:val="7"/>
  </w:num>
  <w:num w:numId="6" w16cid:durableId="438525886">
    <w:abstractNumId w:val="3"/>
  </w:num>
  <w:num w:numId="7" w16cid:durableId="885261641">
    <w:abstractNumId w:val="2"/>
  </w:num>
  <w:num w:numId="8" w16cid:durableId="750615175">
    <w:abstractNumId w:val="1"/>
  </w:num>
  <w:num w:numId="9" w16cid:durableId="465784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1C93"/>
    <w:rsid w:val="009C25F2"/>
    <w:rsid w:val="00AA1D8D"/>
    <w:rsid w:val="00B47730"/>
    <w:rsid w:val="00BF7D70"/>
    <w:rsid w:val="00CB0664"/>
    <w:rsid w:val="00D32672"/>
    <w:rsid w:val="00FC693F"/>
    <w:rsid w:val="00FD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ABCC40"/>
  <w14:defaultImageDpi w14:val="300"/>
  <w15:docId w15:val="{7014D73A-D105-4DC4-BBF0-227E6A70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ABDULAZIZ ALHELALI</cp:lastModifiedBy>
  <cp:revision>4</cp:revision>
  <dcterms:created xsi:type="dcterms:W3CDTF">2013-12-23T23:15:00Z</dcterms:created>
  <dcterms:modified xsi:type="dcterms:W3CDTF">2025-10-07T05:06:00Z</dcterms:modified>
  <cp:category/>
</cp:coreProperties>
</file>